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10BC5" w14:textId="77777777" w:rsidR="00954CF1" w:rsidRDefault="00000000">
      <w:pPr>
        <w:pStyle w:val="Heading1"/>
        <w:rPr>
          <w:color w:val="2F4A3B"/>
          <w:sz w:val="40"/>
        </w:rPr>
      </w:pPr>
      <w:r>
        <w:rPr>
          <w:color w:val="2F4A3B"/>
          <w:sz w:val="40"/>
        </w:rPr>
        <w:t>Quiz to Balance Your Body &amp; Mind with Ayurveda</w:t>
      </w:r>
    </w:p>
    <w:p w14:paraId="1E4259C9" w14:textId="77777777" w:rsidR="00ED36B4" w:rsidRPr="00ED36B4" w:rsidRDefault="00ED36B4" w:rsidP="00ED36B4"/>
    <w:p w14:paraId="26ED50EC" w14:textId="7939C9B8" w:rsidR="00954CF1" w:rsidRDefault="00000000">
      <w:r>
        <w:rPr>
          <w:rFonts w:ascii="Arial" w:hAnsi="Arial"/>
          <w:sz w:val="24"/>
        </w:rPr>
        <w:t>Welcome to the Life Retreat Free Ayurveda Quiz!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  <w:t>At Life Retreat, we believe in "Healing the World, One Person at a Time." This free quiz will help you understand your unique Ayurvedic body type and guide you toward a healthier, more balanced, and fulfilling life.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  <w:t>By taking just a few minutes to answer these questions, you’ll receive a Taylored Lifestyle &amp; Diet Plan prepared by our Life Retreat Experts — offering practical insights to prevent illness, enhance wellbeing, and help you live in harmony with your natural constitution.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  <w:t>Please answer each question honestly, save your responses, and email your completed quiz result (mostly 1s, 2s, or 3s) to info@liferetreat.co.za. You may also share this quiz with your family, friends, and colleagues to complete free of charge.</w:t>
      </w:r>
      <w:r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br/>
      </w:r>
      <w:r w:rsidRPr="00ED36B4">
        <w:rPr>
          <w:rFonts w:ascii="Arial" w:hAnsi="Arial"/>
          <w:b/>
          <w:bCs/>
          <w:sz w:val="32"/>
          <w:szCs w:val="32"/>
        </w:rPr>
        <w:t>Your journey to balance begins here.</w:t>
      </w:r>
    </w:p>
    <w:p w14:paraId="794624BB" w14:textId="77777777" w:rsidR="00954CF1" w:rsidRDefault="00000000">
      <w:pPr>
        <w:pStyle w:val="Heading2"/>
      </w:pPr>
      <w:r>
        <w:t>Instructions</w:t>
      </w:r>
    </w:p>
    <w:p w14:paraId="12FC0037" w14:textId="4FE2C1BE" w:rsidR="00954CF1" w:rsidRDefault="00000000">
      <w:r>
        <w:t>Answer each question honestly by selecting 1, 2, or 3. Count your totals — your dominant number reveals your primary dosha type.</w:t>
      </w:r>
      <w:r>
        <w:br/>
        <w:t xml:space="preserve">Once complete, simply send back your result (e.g., mostly 1s, mostly 2s, equal 1 &amp; 3, etc.) to </w:t>
      </w:r>
      <w:hyperlink r:id="rId6" w:history="1">
        <w:r w:rsidR="00ED36B4" w:rsidRPr="009274AA">
          <w:rPr>
            <w:rStyle w:val="Hyperlink"/>
          </w:rPr>
          <w:t>info@liferetreat.co.za</w:t>
        </w:r>
      </w:hyperlink>
      <w:r>
        <w:t>.</w:t>
      </w:r>
    </w:p>
    <w:p w14:paraId="246049B5" w14:textId="77777777" w:rsidR="00ED36B4" w:rsidRDefault="00ED36B4"/>
    <w:p w14:paraId="68A0EF35" w14:textId="77777777" w:rsidR="00954CF1" w:rsidRDefault="00000000">
      <w:pPr>
        <w:pStyle w:val="Heading3"/>
      </w:pPr>
      <w:r>
        <w:t>1 | Your Body Type</w:t>
      </w:r>
    </w:p>
    <w:p w14:paraId="0105AB0F" w14:textId="77777777" w:rsidR="00954CF1" w:rsidRDefault="00000000">
      <w:pPr>
        <w:pStyle w:val="ListBullet"/>
      </w:pPr>
      <w:r>
        <w:t>1. Slim, light frame; often cold hands &amp; feet</w:t>
      </w:r>
    </w:p>
    <w:p w14:paraId="51801A04" w14:textId="77777777" w:rsidR="00954CF1" w:rsidRDefault="00000000">
      <w:pPr>
        <w:pStyle w:val="ListBullet"/>
      </w:pPr>
      <w:r>
        <w:t>2. Medium build; warm body temperature</w:t>
      </w:r>
    </w:p>
    <w:p w14:paraId="3A72F4CE" w14:textId="77777777" w:rsidR="00954CF1" w:rsidRDefault="00000000">
      <w:pPr>
        <w:pStyle w:val="ListBullet"/>
      </w:pPr>
      <w:r>
        <w:t>3. Sturdy or heavier build; tends to retain weight</w:t>
      </w:r>
    </w:p>
    <w:p w14:paraId="7CFB68BD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6726509C" w14:textId="77777777" w:rsidR="00954CF1" w:rsidRDefault="00000000">
      <w:pPr>
        <w:pStyle w:val="Heading3"/>
      </w:pPr>
      <w:r>
        <w:t>2 | Your Skin</w:t>
      </w:r>
    </w:p>
    <w:p w14:paraId="43EF5F57" w14:textId="77777777" w:rsidR="00954CF1" w:rsidRDefault="00000000">
      <w:pPr>
        <w:pStyle w:val="ListBullet"/>
      </w:pPr>
      <w:r>
        <w:t>1. Dry, rough, or thin</w:t>
      </w:r>
    </w:p>
    <w:p w14:paraId="5129714F" w14:textId="77777777" w:rsidR="00954CF1" w:rsidRDefault="00000000">
      <w:pPr>
        <w:pStyle w:val="ListBullet"/>
      </w:pPr>
      <w:r>
        <w:t>2. Sensitive, warm, or reddish</w:t>
      </w:r>
    </w:p>
    <w:p w14:paraId="3DECC256" w14:textId="77777777" w:rsidR="00954CF1" w:rsidRDefault="00000000">
      <w:pPr>
        <w:pStyle w:val="ListBullet"/>
      </w:pPr>
      <w:r>
        <w:t>3. Smooth, moist, or oily</w:t>
      </w:r>
    </w:p>
    <w:p w14:paraId="6E13DE47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3EE82087" w14:textId="77777777" w:rsidR="00954CF1" w:rsidRDefault="00000000">
      <w:pPr>
        <w:pStyle w:val="Heading3"/>
      </w:pPr>
      <w:r>
        <w:lastRenderedPageBreak/>
        <w:t>3 | Your Digestion</w:t>
      </w:r>
    </w:p>
    <w:p w14:paraId="6A34B93A" w14:textId="77777777" w:rsidR="00954CF1" w:rsidRDefault="00000000">
      <w:pPr>
        <w:pStyle w:val="ListBullet"/>
      </w:pPr>
      <w:r>
        <w:t>1. Irregular; sometimes bloated or gassy</w:t>
      </w:r>
    </w:p>
    <w:p w14:paraId="03B2CC47" w14:textId="77777777" w:rsidR="00954CF1" w:rsidRDefault="00000000">
      <w:pPr>
        <w:pStyle w:val="ListBullet"/>
      </w:pPr>
      <w:r>
        <w:t>2. Strong appetite; may feel hungry often</w:t>
      </w:r>
    </w:p>
    <w:p w14:paraId="7D5369F9" w14:textId="77777777" w:rsidR="00954CF1" w:rsidRDefault="00000000">
      <w:pPr>
        <w:pStyle w:val="ListBullet"/>
      </w:pPr>
      <w:r>
        <w:t>3. Slow digestion; tends to feel heavy after meals</w:t>
      </w:r>
    </w:p>
    <w:p w14:paraId="2CAECD83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04157FC7" w14:textId="77777777" w:rsidR="00954CF1" w:rsidRDefault="00000000">
      <w:pPr>
        <w:pStyle w:val="Heading3"/>
      </w:pPr>
      <w:r>
        <w:t>4 | Your Mind &amp; Mood</w:t>
      </w:r>
    </w:p>
    <w:p w14:paraId="47D3B49B" w14:textId="77777777" w:rsidR="00954CF1" w:rsidRDefault="00000000">
      <w:pPr>
        <w:pStyle w:val="ListBullet"/>
      </w:pPr>
      <w:r>
        <w:t>1. Creative, talkative, sometimes anxious</w:t>
      </w:r>
    </w:p>
    <w:p w14:paraId="1FC48ACF" w14:textId="77777777" w:rsidR="00954CF1" w:rsidRDefault="00000000">
      <w:pPr>
        <w:pStyle w:val="ListBullet"/>
      </w:pPr>
      <w:r>
        <w:t>2. Focused, passionate, occasionally impatient</w:t>
      </w:r>
    </w:p>
    <w:p w14:paraId="520DDB46" w14:textId="77777777" w:rsidR="00954CF1" w:rsidRDefault="00000000">
      <w:pPr>
        <w:pStyle w:val="ListBullet"/>
      </w:pPr>
      <w:r>
        <w:t>3. Calm, stable, sometimes sluggish or withdrawn</w:t>
      </w:r>
    </w:p>
    <w:p w14:paraId="5C3FE317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78A1EF7B" w14:textId="77777777" w:rsidR="00954CF1" w:rsidRDefault="00000000">
      <w:pPr>
        <w:pStyle w:val="Heading3"/>
      </w:pPr>
      <w:r>
        <w:t>5 | Sleep Pattern</w:t>
      </w:r>
    </w:p>
    <w:p w14:paraId="776D46D4" w14:textId="77777777" w:rsidR="00954CF1" w:rsidRDefault="00000000">
      <w:pPr>
        <w:pStyle w:val="ListBullet"/>
      </w:pPr>
      <w:r>
        <w:t>1. Light sleeper; wakes easily</w:t>
      </w:r>
    </w:p>
    <w:p w14:paraId="36432AAD" w14:textId="77777777" w:rsidR="00954CF1" w:rsidRDefault="00000000">
      <w:pPr>
        <w:pStyle w:val="ListBullet"/>
      </w:pPr>
      <w:r>
        <w:t>2. Moderate; sleeps soundly but not long</w:t>
      </w:r>
    </w:p>
    <w:p w14:paraId="49C90BD5" w14:textId="77777777" w:rsidR="00954CF1" w:rsidRDefault="00000000">
      <w:pPr>
        <w:pStyle w:val="ListBullet"/>
      </w:pPr>
      <w:r>
        <w:t>3. Deep sleeper; finds it hard to wake up</w:t>
      </w:r>
    </w:p>
    <w:p w14:paraId="53D9A660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40D7D42E" w14:textId="77777777" w:rsidR="00954CF1" w:rsidRDefault="00000000">
      <w:pPr>
        <w:pStyle w:val="Heading3"/>
      </w:pPr>
      <w:r>
        <w:t>6 | Reaction to Stress</w:t>
      </w:r>
    </w:p>
    <w:p w14:paraId="32F3AE78" w14:textId="77777777" w:rsidR="00954CF1" w:rsidRDefault="00000000">
      <w:pPr>
        <w:pStyle w:val="ListBullet"/>
      </w:pPr>
      <w:r>
        <w:t>1. Worries, overthinks, or becomes restless</w:t>
      </w:r>
    </w:p>
    <w:p w14:paraId="49790F8E" w14:textId="77777777" w:rsidR="00954CF1" w:rsidRDefault="00000000">
      <w:pPr>
        <w:pStyle w:val="ListBullet"/>
      </w:pPr>
      <w:r>
        <w:t>2. Becomes angry or controlling</w:t>
      </w:r>
    </w:p>
    <w:p w14:paraId="44568BE2" w14:textId="77777777" w:rsidR="00954CF1" w:rsidRDefault="00000000">
      <w:pPr>
        <w:pStyle w:val="ListBullet"/>
      </w:pPr>
      <w:r>
        <w:t>3. Withdraws, procrastinates, or seeks comfort</w:t>
      </w:r>
    </w:p>
    <w:p w14:paraId="5E8BBE78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47413A03" w14:textId="77777777" w:rsidR="00954CF1" w:rsidRDefault="00000000">
      <w:pPr>
        <w:pStyle w:val="Heading3"/>
      </w:pPr>
      <w:r>
        <w:t>7 | Energy Level</w:t>
      </w:r>
    </w:p>
    <w:p w14:paraId="2C5B67EC" w14:textId="77777777" w:rsidR="00954CF1" w:rsidRDefault="00000000">
      <w:pPr>
        <w:pStyle w:val="ListBullet"/>
      </w:pPr>
      <w:r>
        <w:t>1. Bursts of energy followed by fatigue</w:t>
      </w:r>
    </w:p>
    <w:p w14:paraId="49AE929D" w14:textId="77777777" w:rsidR="00954CF1" w:rsidRDefault="00000000">
      <w:pPr>
        <w:pStyle w:val="ListBullet"/>
      </w:pPr>
      <w:r>
        <w:t>2. Steady, high energy throughout the day</w:t>
      </w:r>
    </w:p>
    <w:p w14:paraId="493B6E9F" w14:textId="77777777" w:rsidR="00954CF1" w:rsidRDefault="00000000">
      <w:pPr>
        <w:pStyle w:val="ListBullet"/>
      </w:pPr>
      <w:r>
        <w:t>3. Slow to start but can keep going</w:t>
      </w:r>
    </w:p>
    <w:p w14:paraId="3553FBD0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080F9E96" w14:textId="77777777" w:rsidR="00954CF1" w:rsidRDefault="00000000">
      <w:pPr>
        <w:pStyle w:val="Heading3"/>
      </w:pPr>
      <w:r>
        <w:t>8 | Climate Preference</w:t>
      </w:r>
    </w:p>
    <w:p w14:paraId="5A438548" w14:textId="77777777" w:rsidR="00954CF1" w:rsidRDefault="00000000">
      <w:pPr>
        <w:pStyle w:val="ListBullet"/>
      </w:pPr>
      <w:r>
        <w:t>1. Prefers warmth; dislikes wind or cold</w:t>
      </w:r>
    </w:p>
    <w:p w14:paraId="6B5CFC1C" w14:textId="77777777" w:rsidR="00954CF1" w:rsidRDefault="00000000">
      <w:pPr>
        <w:pStyle w:val="ListBullet"/>
      </w:pPr>
      <w:r>
        <w:t>2. Prefers coolness; dislikes heat</w:t>
      </w:r>
    </w:p>
    <w:p w14:paraId="6940C005" w14:textId="77777777" w:rsidR="00954CF1" w:rsidRDefault="00000000">
      <w:pPr>
        <w:pStyle w:val="ListBullet"/>
      </w:pPr>
      <w:r>
        <w:t>3. Prefers dry warmth; dislikes dampness</w:t>
      </w:r>
    </w:p>
    <w:p w14:paraId="23DE2A35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741377C6" w14:textId="77777777" w:rsidR="00954CF1" w:rsidRDefault="00000000">
      <w:pPr>
        <w:pStyle w:val="Heading3"/>
      </w:pPr>
      <w:r>
        <w:t>9 | Hair &amp; Skin Texture</w:t>
      </w:r>
    </w:p>
    <w:p w14:paraId="29E6DFB7" w14:textId="77777777" w:rsidR="00954CF1" w:rsidRDefault="00000000">
      <w:pPr>
        <w:pStyle w:val="ListBullet"/>
      </w:pPr>
      <w:r>
        <w:t>1. Dry, thin, brittle hair and skin</w:t>
      </w:r>
    </w:p>
    <w:p w14:paraId="192141D4" w14:textId="77777777" w:rsidR="00954CF1" w:rsidRDefault="00000000">
      <w:pPr>
        <w:pStyle w:val="ListBullet"/>
      </w:pPr>
      <w:r>
        <w:t>2. Soft, fine hair; prone to greasiness or rashes</w:t>
      </w:r>
    </w:p>
    <w:p w14:paraId="2BE72D65" w14:textId="77777777" w:rsidR="00954CF1" w:rsidRDefault="00000000">
      <w:pPr>
        <w:pStyle w:val="ListBullet"/>
      </w:pPr>
      <w:r>
        <w:t>3. Thick, strong hair; soft or oily skin</w:t>
      </w:r>
    </w:p>
    <w:p w14:paraId="0B28AF4B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5EC54B30" w14:textId="77777777" w:rsidR="00954CF1" w:rsidRDefault="00000000">
      <w:pPr>
        <w:pStyle w:val="Heading3"/>
      </w:pPr>
      <w:r>
        <w:t>10 | Emotional Expression</w:t>
      </w:r>
    </w:p>
    <w:p w14:paraId="51E265ED" w14:textId="77777777" w:rsidR="00954CF1" w:rsidRDefault="00000000">
      <w:pPr>
        <w:pStyle w:val="ListBullet"/>
      </w:pPr>
      <w:r>
        <w:t>1. Expresses emotions easily; mood shifts quickly</w:t>
      </w:r>
    </w:p>
    <w:p w14:paraId="756D07BE" w14:textId="77777777" w:rsidR="00954CF1" w:rsidRDefault="00000000">
      <w:pPr>
        <w:pStyle w:val="ListBullet"/>
      </w:pPr>
      <w:r>
        <w:lastRenderedPageBreak/>
        <w:t>2. Strong emotions; intense and passionate</w:t>
      </w:r>
    </w:p>
    <w:p w14:paraId="72CEEB46" w14:textId="77777777" w:rsidR="00954CF1" w:rsidRDefault="00000000">
      <w:pPr>
        <w:pStyle w:val="ListBullet"/>
      </w:pPr>
      <w:r>
        <w:t>3. Reserved; feels deeply but slowly</w:t>
      </w:r>
    </w:p>
    <w:p w14:paraId="5CE16A6A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0724C1D0" w14:textId="77777777" w:rsidR="00954CF1" w:rsidRDefault="00000000">
      <w:pPr>
        <w:pStyle w:val="Heading3"/>
      </w:pPr>
      <w:r>
        <w:t>11 | Relationships</w:t>
      </w:r>
    </w:p>
    <w:p w14:paraId="282BF2E6" w14:textId="77777777" w:rsidR="00954CF1" w:rsidRDefault="00000000">
      <w:pPr>
        <w:pStyle w:val="ListBullet"/>
      </w:pPr>
      <w:r>
        <w:t>1. Warm and affectionate, but can be inconsistent</w:t>
      </w:r>
    </w:p>
    <w:p w14:paraId="39122D15" w14:textId="77777777" w:rsidR="00954CF1" w:rsidRDefault="00000000">
      <w:pPr>
        <w:pStyle w:val="ListBullet"/>
      </w:pPr>
      <w:r>
        <w:t>2. Loyal, direct, and protective</w:t>
      </w:r>
    </w:p>
    <w:p w14:paraId="09585C11" w14:textId="77777777" w:rsidR="00954CF1" w:rsidRDefault="00000000">
      <w:pPr>
        <w:pStyle w:val="ListBullet"/>
      </w:pPr>
      <w:r>
        <w:t>3. Steady and devoted, though sometimes possessive</w:t>
      </w:r>
    </w:p>
    <w:p w14:paraId="2723A8D5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1DD0BF0F" w14:textId="77777777" w:rsidR="00954CF1" w:rsidRDefault="00000000">
      <w:pPr>
        <w:pStyle w:val="Heading3"/>
      </w:pPr>
      <w:r>
        <w:t>12 | Decision-Making</w:t>
      </w:r>
    </w:p>
    <w:p w14:paraId="6C3E75D8" w14:textId="77777777" w:rsidR="00954CF1" w:rsidRDefault="00000000">
      <w:pPr>
        <w:pStyle w:val="ListBullet"/>
      </w:pPr>
      <w:r>
        <w:t>1. Indecisive or changes mind frequently</w:t>
      </w:r>
    </w:p>
    <w:p w14:paraId="333BBFAE" w14:textId="77777777" w:rsidR="00954CF1" w:rsidRDefault="00000000">
      <w:pPr>
        <w:pStyle w:val="ListBullet"/>
      </w:pPr>
      <w:r>
        <w:t>2. Decisive, logical, and confident</w:t>
      </w:r>
    </w:p>
    <w:p w14:paraId="16353262" w14:textId="77777777" w:rsidR="00954CF1" w:rsidRDefault="00000000">
      <w:pPr>
        <w:pStyle w:val="ListBullet"/>
      </w:pPr>
      <w:r>
        <w:t>3. Takes time; cautious and thoughtful</w:t>
      </w:r>
    </w:p>
    <w:p w14:paraId="03D78374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11DA879C" w14:textId="77777777" w:rsidR="00954CF1" w:rsidRDefault="00000000">
      <w:pPr>
        <w:pStyle w:val="Heading3"/>
      </w:pPr>
      <w:r>
        <w:t>13 | Food Preferences</w:t>
      </w:r>
    </w:p>
    <w:p w14:paraId="07913362" w14:textId="77777777" w:rsidR="00954CF1" w:rsidRDefault="00000000">
      <w:pPr>
        <w:pStyle w:val="ListBullet"/>
      </w:pPr>
      <w:r>
        <w:t>1. Prefers warm, moist, and grounding foods</w:t>
      </w:r>
    </w:p>
    <w:p w14:paraId="686CE38E" w14:textId="77777777" w:rsidR="00954CF1" w:rsidRDefault="00000000">
      <w:pPr>
        <w:pStyle w:val="ListBullet"/>
      </w:pPr>
      <w:r>
        <w:t>2. Loves cool, refreshing meals</w:t>
      </w:r>
    </w:p>
    <w:p w14:paraId="3462BE31" w14:textId="77777777" w:rsidR="00954CF1" w:rsidRDefault="00000000">
      <w:pPr>
        <w:pStyle w:val="ListBullet"/>
      </w:pPr>
      <w:r>
        <w:t>3. Craves spicy or stimulating foods</w:t>
      </w:r>
    </w:p>
    <w:p w14:paraId="48E37DA8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4B271E17" w14:textId="77777777" w:rsidR="00954CF1" w:rsidRDefault="00000000">
      <w:pPr>
        <w:pStyle w:val="Heading3"/>
      </w:pPr>
      <w:r>
        <w:t>14 | Weather Sensitivity</w:t>
      </w:r>
    </w:p>
    <w:p w14:paraId="36BA2C5A" w14:textId="77777777" w:rsidR="00954CF1" w:rsidRDefault="00000000">
      <w:pPr>
        <w:pStyle w:val="ListBullet"/>
      </w:pPr>
      <w:r>
        <w:t>1. Feels the cold easily; dislikes wind</w:t>
      </w:r>
    </w:p>
    <w:p w14:paraId="1F4443ED" w14:textId="77777777" w:rsidR="00954CF1" w:rsidRDefault="00000000">
      <w:pPr>
        <w:pStyle w:val="ListBullet"/>
      </w:pPr>
      <w:r>
        <w:t>2. Overheats quickly; sweats easily</w:t>
      </w:r>
    </w:p>
    <w:p w14:paraId="18EE9CAA" w14:textId="77777777" w:rsidR="00954CF1" w:rsidRDefault="00000000">
      <w:pPr>
        <w:pStyle w:val="ListBullet"/>
      </w:pPr>
      <w:r>
        <w:t>3. Dislikes damp, rainy, or humid weather</w:t>
      </w:r>
    </w:p>
    <w:p w14:paraId="0E91C6A2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14FCD6C4" w14:textId="77777777" w:rsidR="00954CF1" w:rsidRDefault="00000000">
      <w:pPr>
        <w:pStyle w:val="Heading3"/>
      </w:pPr>
      <w:r>
        <w:t>15 | Cravings</w:t>
      </w:r>
    </w:p>
    <w:p w14:paraId="42C7C8BD" w14:textId="77777777" w:rsidR="00954CF1" w:rsidRDefault="00000000">
      <w:pPr>
        <w:pStyle w:val="ListBullet"/>
      </w:pPr>
      <w:r>
        <w:t>1. Salty and crunchy foods</w:t>
      </w:r>
    </w:p>
    <w:p w14:paraId="056CC298" w14:textId="77777777" w:rsidR="00954CF1" w:rsidRDefault="00000000">
      <w:pPr>
        <w:pStyle w:val="ListBullet"/>
      </w:pPr>
      <w:r>
        <w:t>2. Spicy, tangy, or stimulating foods</w:t>
      </w:r>
    </w:p>
    <w:p w14:paraId="38720315" w14:textId="77777777" w:rsidR="00954CF1" w:rsidRDefault="00000000">
      <w:pPr>
        <w:pStyle w:val="ListBullet"/>
      </w:pPr>
      <w:r>
        <w:t>3. Sweet and heavy foods</w:t>
      </w:r>
    </w:p>
    <w:p w14:paraId="40F89126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08ED0982" w14:textId="77777777" w:rsidR="00954CF1" w:rsidRDefault="00000000">
      <w:pPr>
        <w:pStyle w:val="Heading3"/>
      </w:pPr>
      <w:r>
        <w:t>16 | Exercise Habits</w:t>
      </w:r>
    </w:p>
    <w:p w14:paraId="089281A5" w14:textId="77777777" w:rsidR="00954CF1" w:rsidRDefault="00000000">
      <w:pPr>
        <w:pStyle w:val="ListBullet"/>
      </w:pPr>
      <w:r>
        <w:t>1. Enjoys gentle yoga, stretching, or walking</w:t>
      </w:r>
    </w:p>
    <w:p w14:paraId="77843A01" w14:textId="77777777" w:rsidR="00954CF1" w:rsidRDefault="00000000">
      <w:pPr>
        <w:pStyle w:val="ListBullet"/>
      </w:pPr>
      <w:r>
        <w:t>2. Prefers competitive or intense workouts</w:t>
      </w:r>
    </w:p>
    <w:p w14:paraId="26B238DE" w14:textId="77777777" w:rsidR="00954CF1" w:rsidRDefault="00000000">
      <w:pPr>
        <w:pStyle w:val="ListBullet"/>
      </w:pPr>
      <w:r>
        <w:t>3. Moves slowly but enjoys rhythmic activities like swimming or dancing</w:t>
      </w:r>
    </w:p>
    <w:p w14:paraId="67EB95E7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1E3C63E8" w14:textId="77777777" w:rsidR="00954CF1" w:rsidRDefault="00000000">
      <w:pPr>
        <w:pStyle w:val="Heading3"/>
      </w:pPr>
      <w:r>
        <w:t>17 | Concentration</w:t>
      </w:r>
    </w:p>
    <w:p w14:paraId="0DD18B28" w14:textId="77777777" w:rsidR="00954CF1" w:rsidRDefault="00000000">
      <w:pPr>
        <w:pStyle w:val="ListBullet"/>
      </w:pPr>
      <w:r>
        <w:t>1. Easily distracted; multitasks</w:t>
      </w:r>
    </w:p>
    <w:p w14:paraId="3AD44922" w14:textId="77777777" w:rsidR="00954CF1" w:rsidRDefault="00000000">
      <w:pPr>
        <w:pStyle w:val="ListBullet"/>
      </w:pPr>
      <w:r>
        <w:t>2. Sharp focus; detail-oriented</w:t>
      </w:r>
    </w:p>
    <w:p w14:paraId="7D0681C1" w14:textId="77777777" w:rsidR="00954CF1" w:rsidRDefault="00000000">
      <w:pPr>
        <w:pStyle w:val="ListBullet"/>
      </w:pPr>
      <w:r>
        <w:t>3. Steady concentration but slow to start</w:t>
      </w:r>
    </w:p>
    <w:p w14:paraId="3A807451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7DACB23C" w14:textId="77777777" w:rsidR="00954CF1" w:rsidRDefault="00000000">
      <w:pPr>
        <w:pStyle w:val="Heading3"/>
      </w:pPr>
      <w:r>
        <w:t>18 | Your Natural Pace of Life</w:t>
      </w:r>
    </w:p>
    <w:p w14:paraId="653EA201" w14:textId="77777777" w:rsidR="00954CF1" w:rsidRDefault="00000000">
      <w:pPr>
        <w:pStyle w:val="ListBullet"/>
      </w:pPr>
      <w:r>
        <w:t>1. Fast, spontaneous, always in motion</w:t>
      </w:r>
    </w:p>
    <w:p w14:paraId="2ED9E418" w14:textId="77777777" w:rsidR="00954CF1" w:rsidRDefault="00000000">
      <w:pPr>
        <w:pStyle w:val="ListBullet"/>
      </w:pPr>
      <w:r>
        <w:t>2. Purposeful, organised, and efficient</w:t>
      </w:r>
    </w:p>
    <w:p w14:paraId="78103D7D" w14:textId="77777777" w:rsidR="00954CF1" w:rsidRDefault="00000000">
      <w:pPr>
        <w:pStyle w:val="ListBullet"/>
      </w:pPr>
      <w:r>
        <w:t>3. Slow, steady, enjoys routines</w:t>
      </w:r>
    </w:p>
    <w:p w14:paraId="78A845D7" w14:textId="77777777" w:rsidR="00ED36B4" w:rsidRDefault="00ED36B4" w:rsidP="00ED36B4">
      <w:pPr>
        <w:pStyle w:val="ListBullet"/>
        <w:numPr>
          <w:ilvl w:val="0"/>
          <w:numId w:val="0"/>
        </w:numPr>
        <w:ind w:left="360" w:hanging="360"/>
      </w:pPr>
    </w:p>
    <w:p w14:paraId="2213DD46" w14:textId="77777777" w:rsidR="00954CF1" w:rsidRDefault="00000000">
      <w:pPr>
        <w:pStyle w:val="Heading2"/>
      </w:pPr>
      <w:r>
        <w:t>Scoring</w:t>
      </w:r>
    </w:p>
    <w:p w14:paraId="6F1C7974" w14:textId="77777777" w:rsidR="00954CF1" w:rsidRDefault="00000000">
      <w:r>
        <w:t>• Mostly 1s → VATA (Air &amp; Space) – Creative, energetic, intuitive.</w:t>
      </w:r>
      <w:r>
        <w:br/>
        <w:t>• Mostly 2s → PITTA (Fire &amp; Water) – Passionate, driven, focused.</w:t>
      </w:r>
      <w:r>
        <w:br/>
        <w:t>• Mostly 3s → KAPHA (Earth &amp; Water) – Calm, nurturing, grounded.</w:t>
      </w:r>
    </w:p>
    <w:p w14:paraId="3263E981" w14:textId="77777777" w:rsidR="00ED36B4" w:rsidRDefault="00ED36B4"/>
    <w:p w14:paraId="0B4DD888" w14:textId="77777777" w:rsidR="00ED36B4" w:rsidRDefault="00ED36B4" w:rsidP="00ED36B4">
      <w:pPr>
        <w:pStyle w:val="Heading3"/>
      </w:pPr>
      <w:r>
        <w:rPr>
          <w:rStyle w:val="Strong"/>
          <w:b/>
          <w:bCs/>
        </w:rPr>
        <w:t>Confidential Section – Optional Personal Details</w:t>
      </w:r>
    </w:p>
    <w:p w14:paraId="4E082A48" w14:textId="77777777" w:rsidR="00ED36B4" w:rsidRDefault="00ED36B4" w:rsidP="00ED36B4">
      <w:pPr>
        <w:pStyle w:val="NormalWeb"/>
      </w:pPr>
      <w:r>
        <w:t xml:space="preserve">This </w:t>
      </w:r>
      <w:r>
        <w:t>Quiz</w:t>
      </w:r>
      <w:r>
        <w:t xml:space="preserve"> is </w:t>
      </w:r>
      <w:r>
        <w:rPr>
          <w:rStyle w:val="Strong"/>
        </w:rPr>
        <w:t>strictly confidential</w:t>
      </w:r>
      <w:r>
        <w:t xml:space="preserve"> and will only be used by the Life Retreat Experts to create your personalised lifestyle plan.</w:t>
      </w:r>
    </w:p>
    <w:p w14:paraId="447882D7" w14:textId="48E32B7D" w:rsidR="00ED36B4" w:rsidRDefault="00ED36B4" w:rsidP="00ED36B4">
      <w:pPr>
        <w:pStyle w:val="NormalWeb"/>
      </w:pPr>
      <w:r>
        <w:br/>
        <w:t>Please share as much as you feel comfortable with.</w:t>
      </w:r>
    </w:p>
    <w:p w14:paraId="5E405D1A" w14:textId="3844DDD3" w:rsidR="00ED36B4" w:rsidRDefault="00ED36B4" w:rsidP="00ED36B4">
      <w:pPr>
        <w:pStyle w:val="NormalWeb"/>
        <w:rPr>
          <w:rStyle w:val="Emphasis"/>
        </w:rPr>
      </w:pPr>
      <w:r>
        <w:t>1.</w:t>
      </w:r>
      <w:r>
        <w:rPr>
          <w:rStyle w:val="Strong"/>
        </w:rPr>
        <w:t>Are there any illnesses or ailments you are presently battling with?</w:t>
      </w:r>
      <w:r>
        <w:br/>
      </w:r>
      <w:r>
        <w:rPr>
          <w:rStyle w:val="Emphasis"/>
        </w:rPr>
        <w:t>(Please list any health challenges, symptoms, or areas of concern.)</w:t>
      </w:r>
    </w:p>
    <w:p w14:paraId="1A03CFAB" w14:textId="77777777" w:rsidR="00ED36B4" w:rsidRDefault="00ED36B4" w:rsidP="00ED36B4">
      <w:pPr>
        <w:pStyle w:val="NormalWeb"/>
        <w:rPr>
          <w:rStyle w:val="Emphasis"/>
        </w:rPr>
      </w:pPr>
    </w:p>
    <w:p w14:paraId="587CD2DF" w14:textId="77777777" w:rsidR="00ED36B4" w:rsidRDefault="00ED36B4" w:rsidP="00ED36B4">
      <w:pPr>
        <w:pStyle w:val="NormalWeb"/>
        <w:rPr>
          <w:rStyle w:val="Emphasis"/>
        </w:rPr>
      </w:pPr>
    </w:p>
    <w:p w14:paraId="288C4DF4" w14:textId="77777777" w:rsidR="00ED36B4" w:rsidRDefault="00ED36B4" w:rsidP="00ED36B4">
      <w:pPr>
        <w:pStyle w:val="NormalWeb"/>
      </w:pPr>
    </w:p>
    <w:p w14:paraId="664096F8" w14:textId="74AAA167" w:rsidR="00ED36B4" w:rsidRDefault="00ED36B4" w:rsidP="00ED36B4">
      <w:pPr>
        <w:pStyle w:val="NormalWeb"/>
        <w:rPr>
          <w:rStyle w:val="Emphasis"/>
        </w:rPr>
      </w:pPr>
      <w:r>
        <w:t xml:space="preserve">2. </w:t>
      </w:r>
      <w:r>
        <w:rPr>
          <w:rStyle w:val="Strong"/>
        </w:rPr>
        <w:t>Is there anything specific you would like to change in your diet or lifestyle?</w:t>
      </w:r>
      <w:r>
        <w:br/>
      </w:r>
      <w:r>
        <w:rPr>
          <w:rStyle w:val="Emphasis"/>
        </w:rPr>
        <w:t>(For example: sleep, weight, energy, digestion, mood, stress, or habits.)</w:t>
      </w:r>
    </w:p>
    <w:p w14:paraId="5B72A7D8" w14:textId="77777777" w:rsidR="00ED36B4" w:rsidRDefault="00ED36B4" w:rsidP="00ED36B4">
      <w:pPr>
        <w:pStyle w:val="NormalWeb"/>
        <w:rPr>
          <w:rStyle w:val="Emphasis"/>
        </w:rPr>
      </w:pPr>
    </w:p>
    <w:p w14:paraId="3B88067C" w14:textId="77777777" w:rsidR="00ED36B4" w:rsidRDefault="00ED36B4" w:rsidP="00ED36B4">
      <w:pPr>
        <w:pStyle w:val="NormalWeb"/>
        <w:rPr>
          <w:rStyle w:val="Emphasis"/>
        </w:rPr>
      </w:pPr>
    </w:p>
    <w:p w14:paraId="439028FE" w14:textId="77777777" w:rsidR="00ED36B4" w:rsidRDefault="00ED36B4" w:rsidP="00ED36B4">
      <w:pPr>
        <w:pStyle w:val="NormalWeb"/>
      </w:pPr>
    </w:p>
    <w:p w14:paraId="2065FDF1" w14:textId="77777777" w:rsidR="00ED36B4" w:rsidRDefault="00ED36B4" w:rsidP="00ED36B4">
      <w:pPr>
        <w:pStyle w:val="NormalWeb"/>
        <w:rPr>
          <w:rStyle w:val="Emphasis"/>
        </w:rPr>
      </w:pPr>
      <w:r>
        <w:t>3.</w:t>
      </w:r>
      <w:r>
        <w:t xml:space="preserve"> </w:t>
      </w:r>
      <w:r>
        <w:rPr>
          <w:rStyle w:val="Strong"/>
        </w:rPr>
        <w:t>Is there any other information that would be valuable for us to know?</w:t>
      </w:r>
      <w:r>
        <w:br/>
      </w:r>
      <w:r>
        <w:rPr>
          <w:rStyle w:val="Emphasis"/>
        </w:rPr>
        <w:t>(We would like to ensure that you live a healthy, happy, and balanced life.)</w:t>
      </w:r>
    </w:p>
    <w:p w14:paraId="3BD45763" w14:textId="77777777" w:rsidR="00ED36B4" w:rsidRDefault="00ED36B4" w:rsidP="00ED36B4">
      <w:pPr>
        <w:pStyle w:val="NormalWeb"/>
        <w:rPr>
          <w:rStyle w:val="Emphasis"/>
        </w:rPr>
      </w:pPr>
    </w:p>
    <w:p w14:paraId="326C4BBB" w14:textId="337E7CAB" w:rsidR="00954CF1" w:rsidRPr="00ED36B4" w:rsidRDefault="00ED36B4" w:rsidP="00ED36B4">
      <w:pPr>
        <w:pStyle w:val="NormalWeb"/>
        <w:rPr>
          <w:b/>
          <w:bCs/>
          <w:i/>
          <w:iCs/>
          <w:sz w:val="28"/>
          <w:szCs w:val="28"/>
        </w:rPr>
      </w:pPr>
      <w:r w:rsidRPr="00ED36B4">
        <w:rPr>
          <w:rStyle w:val="Emphasis"/>
          <w:b/>
          <w:bCs/>
          <w:sz w:val="28"/>
          <w:szCs w:val="28"/>
        </w:rPr>
        <w:lastRenderedPageBreak/>
        <w:t>S</w:t>
      </w:r>
      <w:r w:rsidR="00000000" w:rsidRPr="00ED36B4">
        <w:rPr>
          <w:b/>
          <w:bCs/>
          <w:sz w:val="28"/>
          <w:szCs w:val="28"/>
        </w:rPr>
        <w:t>ubmit Your Result</w:t>
      </w:r>
      <w:r w:rsidRPr="00ED36B4">
        <w:rPr>
          <w:b/>
          <w:bCs/>
          <w:sz w:val="28"/>
          <w:szCs w:val="28"/>
        </w:rPr>
        <w:t>s</w:t>
      </w:r>
    </w:p>
    <w:p w14:paraId="7FA210AF" w14:textId="77777777" w:rsidR="00954CF1" w:rsidRDefault="00000000">
      <w:r>
        <w:t>Please email your result (e.g. mostly 1s, mostly 2s, equal 1 &amp; 3, etc.) to info@liferetreat.co.za.</w:t>
      </w:r>
      <w:r>
        <w:br/>
        <w:t>You’ll receive your Taylored Lifestyle &amp; Diet Plan curated by our Life Retreat Experts — including Ayurvedic rituals and recommended products to help you live in harmony with your natural balance.</w:t>
      </w:r>
    </w:p>
    <w:p w14:paraId="64BDC79A" w14:textId="77777777" w:rsidR="00ED36B4" w:rsidRDefault="00ED36B4"/>
    <w:p w14:paraId="7C7E667E" w14:textId="2D4F52FE" w:rsidR="00ED36B4" w:rsidRDefault="00ED36B4">
      <w:r>
        <w:t>Online Health Shop</w:t>
      </w:r>
      <w:r w:rsidR="00000000">
        <w:t xml:space="preserve"> </w:t>
      </w:r>
      <w:hyperlink r:id="rId7" w:history="1">
        <w:r w:rsidRPr="009274AA">
          <w:rPr>
            <w:rStyle w:val="Hyperlink"/>
          </w:rPr>
          <w:t>www.liferetreat.co.za</w:t>
        </w:r>
      </w:hyperlink>
    </w:p>
    <w:p w14:paraId="63AFE453" w14:textId="155BC417" w:rsidR="00ED36B4" w:rsidRDefault="00000000">
      <w:r>
        <w:br/>
      </w:r>
      <w:r w:rsidR="00ED36B4">
        <w:t>Tel/ WhatsApp 083 4606084</w:t>
      </w:r>
    </w:p>
    <w:p w14:paraId="0766FBEB" w14:textId="2BA934CF" w:rsidR="00954CF1" w:rsidRDefault="00ED36B4">
      <w:r>
        <w:t xml:space="preserve">Email </w:t>
      </w:r>
      <w:r w:rsidR="00000000">
        <w:t>info@liferetreat.co.za</w:t>
      </w:r>
    </w:p>
    <w:sectPr w:rsidR="00954C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9135729">
    <w:abstractNumId w:val="8"/>
  </w:num>
  <w:num w:numId="2" w16cid:durableId="2026901529">
    <w:abstractNumId w:val="6"/>
  </w:num>
  <w:num w:numId="3" w16cid:durableId="698552227">
    <w:abstractNumId w:val="5"/>
  </w:num>
  <w:num w:numId="4" w16cid:durableId="1005480284">
    <w:abstractNumId w:val="4"/>
  </w:num>
  <w:num w:numId="5" w16cid:durableId="244460343">
    <w:abstractNumId w:val="7"/>
  </w:num>
  <w:num w:numId="6" w16cid:durableId="1518036473">
    <w:abstractNumId w:val="3"/>
  </w:num>
  <w:num w:numId="7" w16cid:durableId="1676953809">
    <w:abstractNumId w:val="2"/>
  </w:num>
  <w:num w:numId="8" w16cid:durableId="195974894">
    <w:abstractNumId w:val="1"/>
  </w:num>
  <w:num w:numId="9" w16cid:durableId="1888838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BC3"/>
    <w:rsid w:val="0015074B"/>
    <w:rsid w:val="0029639D"/>
    <w:rsid w:val="00326F90"/>
    <w:rsid w:val="00954CF1"/>
    <w:rsid w:val="00AA1D8D"/>
    <w:rsid w:val="00B47730"/>
    <w:rsid w:val="00CB0664"/>
    <w:rsid w:val="00ED36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A86B7E7"/>
  <w14:defaultImageDpi w14:val="300"/>
  <w15:docId w15:val="{7B43313C-913A-B047-B11C-87E18CB5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D36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6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D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iferetreat.co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liferetreat.co.z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Patricia Taylor</cp:lastModifiedBy>
  <cp:revision>2</cp:revision>
  <dcterms:created xsi:type="dcterms:W3CDTF">2025-10-31T07:09:00Z</dcterms:created>
  <dcterms:modified xsi:type="dcterms:W3CDTF">2025-10-31T07:09:00Z</dcterms:modified>
  <cp:category/>
</cp:coreProperties>
</file>